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60310" w14:textId="77777777" w:rsidR="00291C5B" w:rsidRPr="00686706" w:rsidRDefault="00000000">
      <w:pPr>
        <w:spacing w:after="160"/>
        <w:rPr>
          <w:rFonts w:ascii="Aptos Display" w:hAnsi="Aptos Display"/>
        </w:rPr>
      </w:pPr>
      <w:r w:rsidRPr="00686706">
        <w:rPr>
          <w:rFonts w:ascii="Aptos Display" w:hAnsi="Aptos Display"/>
          <w:b/>
          <w:color w:val="0F4761"/>
          <w:sz w:val="28"/>
        </w:rPr>
        <w:t>DEMANDE D’AUTORISATION – OCCUPATION DU DOMAINE PUBLIC</w:t>
      </w:r>
    </w:p>
    <w:p w14:paraId="21604C50" w14:textId="77777777" w:rsidR="00291C5B" w:rsidRPr="00686706" w:rsidRDefault="00000000">
      <w:pPr>
        <w:spacing w:after="180"/>
        <w:rPr>
          <w:rFonts w:ascii="Aptos Display" w:hAnsi="Aptos Display"/>
          <w:iCs/>
          <w:sz w:val="28"/>
          <w:szCs w:val="28"/>
        </w:rPr>
      </w:pPr>
      <w:r w:rsidRPr="00686706">
        <w:rPr>
          <w:rFonts w:ascii="Aptos Display" w:hAnsi="Aptos Display"/>
          <w:iCs/>
          <w:sz w:val="28"/>
          <w:szCs w:val="28"/>
        </w:rPr>
        <w:t>Commune de Marche-</w:t>
      </w:r>
      <w:proofErr w:type="spellStart"/>
      <w:r w:rsidRPr="00686706">
        <w:rPr>
          <w:rFonts w:ascii="Aptos Display" w:hAnsi="Aptos Display"/>
          <w:iCs/>
          <w:sz w:val="28"/>
          <w:szCs w:val="28"/>
        </w:rPr>
        <w:t>en</w:t>
      </w:r>
      <w:proofErr w:type="spellEnd"/>
      <w:r w:rsidRPr="00686706">
        <w:rPr>
          <w:rFonts w:ascii="Aptos Display" w:hAnsi="Aptos Display"/>
          <w:iCs/>
          <w:sz w:val="28"/>
          <w:szCs w:val="28"/>
        </w:rPr>
        <w:t>-</w:t>
      </w:r>
      <w:proofErr w:type="spellStart"/>
      <w:r w:rsidRPr="00686706">
        <w:rPr>
          <w:rFonts w:ascii="Aptos Display" w:hAnsi="Aptos Display"/>
          <w:iCs/>
          <w:sz w:val="28"/>
          <w:szCs w:val="28"/>
        </w:rPr>
        <w:t>Famenne</w:t>
      </w:r>
      <w:proofErr w:type="spellEnd"/>
    </w:p>
    <w:p w14:paraId="065C6831" w14:textId="6064D24D" w:rsidR="00291C5B" w:rsidRDefault="00000000">
      <w:pPr>
        <w:spacing w:after="120"/>
      </w:pPr>
      <w:r>
        <w:rPr>
          <w:b/>
        </w:rPr>
        <w:t xml:space="preserve">Ce </w:t>
      </w:r>
      <w:proofErr w:type="spellStart"/>
      <w:r>
        <w:rPr>
          <w:b/>
        </w:rPr>
        <w:t>formulaire</w:t>
      </w:r>
      <w:proofErr w:type="spellEnd"/>
      <w:r>
        <w:rPr>
          <w:b/>
        </w:rPr>
        <w:t xml:space="preserve"> doit </w:t>
      </w:r>
      <w:proofErr w:type="spellStart"/>
      <w:r>
        <w:rPr>
          <w:b/>
        </w:rPr>
        <w:t>être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dûment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complété</w:t>
      </w:r>
      <w:proofErr w:type="spellEnd"/>
      <w:r>
        <w:rPr>
          <w:b/>
        </w:rPr>
        <w:t xml:space="preserve"> et </w:t>
      </w:r>
      <w:proofErr w:type="spellStart"/>
      <w:r>
        <w:rPr>
          <w:b/>
        </w:rPr>
        <w:t>envoyé</w:t>
      </w:r>
      <w:proofErr w:type="spellEnd"/>
      <w:r>
        <w:rPr>
          <w:b/>
        </w:rPr>
        <w:t xml:space="preserve"> à </w:t>
      </w:r>
      <w:proofErr w:type="spellStart"/>
      <w:r w:rsidR="00B845A8">
        <w:rPr>
          <w:b/>
        </w:rPr>
        <w:t>l’adresse</w:t>
      </w:r>
      <w:proofErr w:type="spellEnd"/>
      <w:r w:rsidR="00B845A8">
        <w:rPr>
          <w:b/>
        </w:rPr>
        <w:t xml:space="preserve"> mail “</w:t>
      </w:r>
      <w:r>
        <w:rPr>
          <w:b/>
        </w:rPr>
        <w:t>bourgmestre@marche.be</w:t>
      </w:r>
      <w:r w:rsidR="00B845A8">
        <w:rPr>
          <w:b/>
        </w:rPr>
        <w:t>”</w:t>
      </w:r>
      <w:r>
        <w:rPr>
          <w:b/>
        </w:rPr>
        <w:t xml:space="preserve"> au minimum 5 </w:t>
      </w:r>
      <w:proofErr w:type="spellStart"/>
      <w:r>
        <w:rPr>
          <w:b/>
        </w:rPr>
        <w:t>jours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ouvrables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avant</w:t>
      </w:r>
      <w:proofErr w:type="spellEnd"/>
      <w:r>
        <w:rPr>
          <w:b/>
        </w:rPr>
        <w:t xml:space="preserve"> le début de </w:t>
      </w:r>
      <w:proofErr w:type="spellStart"/>
      <w:r>
        <w:rPr>
          <w:b/>
        </w:rPr>
        <w:t>votre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chantier</w:t>
      </w:r>
      <w:proofErr w:type="spellEnd"/>
      <w:r>
        <w:rPr>
          <w:b/>
        </w:rPr>
        <w:t>.</w:t>
      </w:r>
    </w:p>
    <w:p w14:paraId="2215CC16" w14:textId="77777777" w:rsidR="00291C5B" w:rsidRDefault="00291C5B">
      <w:pPr>
        <w:pBdr>
          <w:bottom w:val="single" w:sz="6" w:space="1" w:color="666666"/>
        </w:pBdr>
        <w:spacing w:after="240"/>
      </w:pPr>
    </w:p>
    <w:p w14:paraId="394328E1" w14:textId="77777777" w:rsidR="00291C5B" w:rsidRDefault="00000000">
      <w:pPr>
        <w:keepNext/>
        <w:spacing w:before="160" w:after="120"/>
      </w:pPr>
      <w:proofErr w:type="spellStart"/>
      <w:r>
        <w:rPr>
          <w:color w:val="0F4761"/>
          <w:sz w:val="24"/>
        </w:rPr>
        <w:t>Objet</w:t>
      </w:r>
      <w:proofErr w:type="spellEnd"/>
      <w:r>
        <w:rPr>
          <w:color w:val="0F4761"/>
          <w:sz w:val="24"/>
        </w:rPr>
        <w:t xml:space="preserve"> de la </w:t>
      </w:r>
      <w:proofErr w:type="spellStart"/>
      <w:r>
        <w:rPr>
          <w:color w:val="0F4761"/>
          <w:sz w:val="24"/>
        </w:rPr>
        <w:t>demande</w:t>
      </w:r>
      <w:proofErr w:type="spellEnd"/>
    </w:p>
    <w:p w14:paraId="6084251D" w14:textId="77777777" w:rsidR="00291C5B" w:rsidRDefault="00000000">
      <w:pPr>
        <w:spacing w:after="40"/>
      </w:pPr>
      <w:r>
        <w:t xml:space="preserve">☐ </w:t>
      </w:r>
      <w:proofErr w:type="spellStart"/>
      <w:r>
        <w:t>Déménagement</w:t>
      </w:r>
      <w:proofErr w:type="spellEnd"/>
    </w:p>
    <w:p w14:paraId="4890C085" w14:textId="77777777" w:rsidR="00291C5B" w:rsidRDefault="00000000">
      <w:pPr>
        <w:spacing w:after="40"/>
      </w:pPr>
      <w:r>
        <w:t>☐ Travaux</w:t>
      </w:r>
    </w:p>
    <w:p w14:paraId="7436993C" w14:textId="77777777" w:rsidR="00291C5B" w:rsidRDefault="00000000">
      <w:pPr>
        <w:spacing w:after="40"/>
      </w:pPr>
      <w:r>
        <w:t xml:space="preserve">☐ Placement </w:t>
      </w:r>
      <w:proofErr w:type="spellStart"/>
      <w:r>
        <w:t>d’une</w:t>
      </w:r>
      <w:proofErr w:type="spellEnd"/>
      <w:r>
        <w:t xml:space="preserve"> </w:t>
      </w:r>
      <w:proofErr w:type="spellStart"/>
      <w:r>
        <w:t>signalisation</w:t>
      </w:r>
      <w:proofErr w:type="spellEnd"/>
      <w:r>
        <w:t xml:space="preserve"> </w:t>
      </w:r>
      <w:proofErr w:type="spellStart"/>
      <w:r>
        <w:t>particulière</w:t>
      </w:r>
      <w:proofErr w:type="spellEnd"/>
    </w:p>
    <w:p w14:paraId="6DA19AB7" w14:textId="77777777" w:rsidR="00291C5B" w:rsidRDefault="00000000">
      <w:pPr>
        <w:spacing w:after="40"/>
      </w:pPr>
      <w:r>
        <w:t>☐ Placement d’un container</w:t>
      </w:r>
    </w:p>
    <w:p w14:paraId="6BB94B80" w14:textId="77777777" w:rsidR="00291C5B" w:rsidRDefault="00000000">
      <w:pPr>
        <w:spacing w:after="40"/>
      </w:pPr>
      <w:r>
        <w:t xml:space="preserve">☐ </w:t>
      </w:r>
      <w:proofErr w:type="spellStart"/>
      <w:proofErr w:type="gramStart"/>
      <w:r>
        <w:t>Autre</w:t>
      </w:r>
      <w:proofErr w:type="spellEnd"/>
      <w:r>
        <w:t xml:space="preserve"> :</w:t>
      </w:r>
      <w:proofErr w:type="gramEnd"/>
      <w:r>
        <w:t xml:space="preserve"> …………………………………………………………………………………</w:t>
      </w:r>
    </w:p>
    <w:p w14:paraId="3E92526E" w14:textId="77777777" w:rsidR="00291C5B" w:rsidRDefault="00000000">
      <w:pPr>
        <w:keepNext/>
        <w:spacing w:before="160" w:after="120"/>
      </w:pPr>
      <w:proofErr w:type="spellStart"/>
      <w:r>
        <w:rPr>
          <w:color w:val="0F4761"/>
          <w:sz w:val="24"/>
        </w:rPr>
        <w:t>Coordonnées</w:t>
      </w:r>
      <w:proofErr w:type="spellEnd"/>
      <w:r>
        <w:rPr>
          <w:color w:val="0F4761"/>
          <w:sz w:val="24"/>
        </w:rPr>
        <w:t xml:space="preserve"> du </w:t>
      </w:r>
      <w:proofErr w:type="spellStart"/>
      <w:r>
        <w:rPr>
          <w:color w:val="0F4761"/>
          <w:sz w:val="24"/>
        </w:rPr>
        <w:t>demandeur</w:t>
      </w:r>
      <w:proofErr w:type="spellEnd"/>
    </w:p>
    <w:p w14:paraId="0E711337" w14:textId="77777777" w:rsidR="00291C5B" w:rsidRDefault="00000000">
      <w:r>
        <w:rPr>
          <w:b/>
        </w:rPr>
        <w:t xml:space="preserve">Nom et </w:t>
      </w:r>
      <w:proofErr w:type="spellStart"/>
      <w:proofErr w:type="gramStart"/>
      <w:r>
        <w:rPr>
          <w:b/>
        </w:rPr>
        <w:t>prénom</w:t>
      </w:r>
      <w:proofErr w:type="spellEnd"/>
      <w:r>
        <w:rPr>
          <w:b/>
        </w:rPr>
        <w:t xml:space="preserve"> :</w:t>
      </w:r>
      <w:proofErr w:type="gramEnd"/>
      <w:r>
        <w:br/>
        <w:t>…………………………………………………………………………………</w:t>
      </w:r>
    </w:p>
    <w:p w14:paraId="22FAE2E0" w14:textId="77777777" w:rsidR="00291C5B" w:rsidRDefault="00000000">
      <w:proofErr w:type="spellStart"/>
      <w:proofErr w:type="gramStart"/>
      <w:r>
        <w:rPr>
          <w:b/>
        </w:rPr>
        <w:t>Adresse</w:t>
      </w:r>
      <w:proofErr w:type="spellEnd"/>
      <w:r>
        <w:rPr>
          <w:b/>
        </w:rPr>
        <w:t xml:space="preserve"> :</w:t>
      </w:r>
      <w:proofErr w:type="gramEnd"/>
      <w:r>
        <w:br/>
        <w:t>…………………………………………………………………………………</w:t>
      </w:r>
      <w:r>
        <w:br/>
        <w:t>…………………………………………………………………………………</w:t>
      </w:r>
    </w:p>
    <w:p w14:paraId="0DDE6034" w14:textId="77777777" w:rsidR="00291C5B" w:rsidRDefault="00000000">
      <w:r>
        <w:rPr>
          <w:b/>
        </w:rPr>
        <w:t xml:space="preserve">N° de </w:t>
      </w:r>
      <w:proofErr w:type="spellStart"/>
      <w:proofErr w:type="gramStart"/>
      <w:r>
        <w:rPr>
          <w:b/>
        </w:rPr>
        <w:t>téléphone</w:t>
      </w:r>
      <w:proofErr w:type="spellEnd"/>
      <w:r>
        <w:rPr>
          <w:b/>
        </w:rPr>
        <w:t xml:space="preserve"> :</w:t>
      </w:r>
      <w:proofErr w:type="gramEnd"/>
      <w:r>
        <w:br/>
        <w:t>…………………………………………………………………………………</w:t>
      </w:r>
    </w:p>
    <w:p w14:paraId="271D608B" w14:textId="77777777" w:rsidR="00291C5B" w:rsidRDefault="00000000">
      <w:r>
        <w:rPr>
          <w:b/>
        </w:rPr>
        <w:t xml:space="preserve">N° de </w:t>
      </w:r>
      <w:proofErr w:type="gramStart"/>
      <w:r>
        <w:rPr>
          <w:b/>
        </w:rPr>
        <w:t>GSM :</w:t>
      </w:r>
      <w:proofErr w:type="gramEnd"/>
      <w:r>
        <w:br/>
        <w:t>…………………………………………………………………………………</w:t>
      </w:r>
    </w:p>
    <w:p w14:paraId="76AB0981" w14:textId="77777777" w:rsidR="00291C5B" w:rsidRDefault="00000000">
      <w:proofErr w:type="spellStart"/>
      <w:r>
        <w:rPr>
          <w:b/>
        </w:rPr>
        <w:t>Adresse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mail :</w:t>
      </w:r>
      <w:proofErr w:type="gramEnd"/>
      <w:r>
        <w:br/>
        <w:t>…………………………………………………………………………………</w:t>
      </w:r>
    </w:p>
    <w:p w14:paraId="1A989952" w14:textId="77777777" w:rsidR="00291C5B" w:rsidRDefault="00000000">
      <w:pPr>
        <w:keepNext/>
        <w:spacing w:before="160" w:after="120"/>
      </w:pPr>
      <w:proofErr w:type="spellStart"/>
      <w:r>
        <w:rPr>
          <w:color w:val="0F4761"/>
          <w:sz w:val="24"/>
        </w:rPr>
        <w:t>Localisation</w:t>
      </w:r>
      <w:proofErr w:type="spellEnd"/>
      <w:r>
        <w:rPr>
          <w:color w:val="0F4761"/>
          <w:sz w:val="24"/>
        </w:rPr>
        <w:t xml:space="preserve"> et </w:t>
      </w:r>
      <w:proofErr w:type="spellStart"/>
      <w:r>
        <w:rPr>
          <w:color w:val="0F4761"/>
          <w:sz w:val="24"/>
        </w:rPr>
        <w:t>période</w:t>
      </w:r>
      <w:proofErr w:type="spellEnd"/>
    </w:p>
    <w:p w14:paraId="6B3E9137" w14:textId="77777777" w:rsidR="00291C5B" w:rsidRDefault="00000000">
      <w:proofErr w:type="spellStart"/>
      <w:r>
        <w:rPr>
          <w:b/>
        </w:rPr>
        <w:t>Adresse</w:t>
      </w:r>
      <w:proofErr w:type="spellEnd"/>
      <w:r>
        <w:rPr>
          <w:b/>
        </w:rPr>
        <w:t xml:space="preserve"> des </w:t>
      </w:r>
      <w:proofErr w:type="gramStart"/>
      <w:r>
        <w:rPr>
          <w:b/>
        </w:rPr>
        <w:t>travaux :</w:t>
      </w:r>
      <w:proofErr w:type="gramEnd"/>
      <w:r>
        <w:br/>
        <w:t>…………………………………………………………………………………</w:t>
      </w:r>
      <w:r>
        <w:br/>
        <w:t>…………………………………………………………………………………</w:t>
      </w:r>
    </w:p>
    <w:p w14:paraId="5A55CE2F" w14:textId="77777777" w:rsidR="00291C5B" w:rsidRDefault="00000000">
      <w:r>
        <w:rPr>
          <w:b/>
        </w:rPr>
        <w:t xml:space="preserve">Date de début, durée des travaux et </w:t>
      </w:r>
      <w:proofErr w:type="spellStart"/>
      <w:proofErr w:type="gramStart"/>
      <w:r>
        <w:rPr>
          <w:b/>
        </w:rPr>
        <w:t>horaire</w:t>
      </w:r>
      <w:proofErr w:type="spellEnd"/>
      <w:r>
        <w:rPr>
          <w:b/>
        </w:rPr>
        <w:t xml:space="preserve"> :</w:t>
      </w:r>
      <w:proofErr w:type="gramEnd"/>
      <w:r>
        <w:br/>
        <w:t>…………………………………………………………………………………</w:t>
      </w:r>
      <w:r>
        <w:br/>
        <w:t>…………………………………………………………………………………</w:t>
      </w:r>
    </w:p>
    <w:p w14:paraId="28D3CDCC" w14:textId="77777777" w:rsidR="00291C5B" w:rsidRDefault="00000000">
      <w:pPr>
        <w:keepNext/>
        <w:spacing w:before="160" w:after="120"/>
      </w:pPr>
      <w:proofErr w:type="spellStart"/>
      <w:r>
        <w:rPr>
          <w:color w:val="0F4761"/>
          <w:sz w:val="24"/>
        </w:rPr>
        <w:t>Coordonnées</w:t>
      </w:r>
      <w:proofErr w:type="spellEnd"/>
      <w:r>
        <w:rPr>
          <w:color w:val="0F4761"/>
          <w:sz w:val="24"/>
        </w:rPr>
        <w:t xml:space="preserve"> de la société (</w:t>
      </w:r>
      <w:proofErr w:type="spellStart"/>
      <w:r>
        <w:rPr>
          <w:color w:val="0F4761"/>
          <w:sz w:val="24"/>
        </w:rPr>
        <w:t>si</w:t>
      </w:r>
      <w:proofErr w:type="spellEnd"/>
      <w:r>
        <w:rPr>
          <w:color w:val="0F4761"/>
          <w:sz w:val="24"/>
        </w:rPr>
        <w:t xml:space="preserve"> société </w:t>
      </w:r>
      <w:proofErr w:type="spellStart"/>
      <w:r>
        <w:rPr>
          <w:color w:val="0F4761"/>
          <w:sz w:val="24"/>
        </w:rPr>
        <w:t>sollicitée</w:t>
      </w:r>
      <w:proofErr w:type="spellEnd"/>
      <w:r>
        <w:rPr>
          <w:color w:val="0F4761"/>
          <w:sz w:val="24"/>
        </w:rPr>
        <w:t>)</w:t>
      </w:r>
    </w:p>
    <w:p w14:paraId="608AD416" w14:textId="77777777" w:rsidR="00291C5B" w:rsidRDefault="00000000">
      <w:r>
        <w:rPr>
          <w:b/>
        </w:rPr>
        <w:t xml:space="preserve">Nom et </w:t>
      </w:r>
      <w:proofErr w:type="spellStart"/>
      <w:r>
        <w:rPr>
          <w:b/>
        </w:rPr>
        <w:t>prénom</w:t>
      </w:r>
      <w:proofErr w:type="spellEnd"/>
      <w:r>
        <w:rPr>
          <w:b/>
        </w:rPr>
        <w:t xml:space="preserve"> du </w:t>
      </w:r>
      <w:proofErr w:type="spellStart"/>
      <w:r>
        <w:rPr>
          <w:b/>
        </w:rPr>
        <w:t>responsable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chantier</w:t>
      </w:r>
      <w:proofErr w:type="spellEnd"/>
      <w:r>
        <w:rPr>
          <w:b/>
        </w:rPr>
        <w:t xml:space="preserve"> :</w:t>
      </w:r>
      <w:proofErr w:type="gramEnd"/>
      <w:r>
        <w:br/>
        <w:t>…………………………………………………………………………………</w:t>
      </w:r>
    </w:p>
    <w:p w14:paraId="48F74D0C" w14:textId="77777777" w:rsidR="00291C5B" w:rsidRDefault="00000000">
      <w:proofErr w:type="spellStart"/>
      <w:r>
        <w:rPr>
          <w:b/>
        </w:rPr>
        <w:t>Adresse</w:t>
      </w:r>
      <w:proofErr w:type="spellEnd"/>
      <w:r>
        <w:rPr>
          <w:b/>
        </w:rPr>
        <w:t xml:space="preserve"> de la </w:t>
      </w:r>
      <w:proofErr w:type="gramStart"/>
      <w:r>
        <w:rPr>
          <w:b/>
        </w:rPr>
        <w:t>société :</w:t>
      </w:r>
      <w:proofErr w:type="gramEnd"/>
      <w:r>
        <w:br/>
        <w:t>…………………………………………………………………………………</w:t>
      </w:r>
      <w:r>
        <w:br/>
        <w:t>…………………………………………………………………………………</w:t>
      </w:r>
    </w:p>
    <w:p w14:paraId="5253A544" w14:textId="77777777" w:rsidR="00291C5B" w:rsidRDefault="00000000">
      <w:r>
        <w:rPr>
          <w:b/>
        </w:rPr>
        <w:lastRenderedPageBreak/>
        <w:t xml:space="preserve">N° de </w:t>
      </w:r>
      <w:proofErr w:type="spellStart"/>
      <w:r>
        <w:rPr>
          <w:b/>
        </w:rPr>
        <w:t>téléphone</w:t>
      </w:r>
      <w:proofErr w:type="spellEnd"/>
      <w:r>
        <w:rPr>
          <w:b/>
        </w:rPr>
        <w:t xml:space="preserve"> de la </w:t>
      </w:r>
      <w:proofErr w:type="gramStart"/>
      <w:r>
        <w:rPr>
          <w:b/>
        </w:rPr>
        <w:t>société :</w:t>
      </w:r>
      <w:proofErr w:type="gramEnd"/>
      <w:r>
        <w:br/>
        <w:t>…………………………………………………………………………………</w:t>
      </w:r>
    </w:p>
    <w:p w14:paraId="6DF80EB9" w14:textId="77777777" w:rsidR="00291C5B" w:rsidRDefault="00000000">
      <w:r>
        <w:rPr>
          <w:b/>
        </w:rPr>
        <w:t xml:space="preserve">N° de GSM du </w:t>
      </w:r>
      <w:proofErr w:type="spellStart"/>
      <w:r>
        <w:rPr>
          <w:b/>
        </w:rPr>
        <w:t>responsable</w:t>
      </w:r>
      <w:proofErr w:type="spellEnd"/>
      <w:r>
        <w:rPr>
          <w:b/>
        </w:rPr>
        <w:t xml:space="preserve"> sur </w:t>
      </w:r>
      <w:proofErr w:type="gramStart"/>
      <w:r>
        <w:rPr>
          <w:b/>
        </w:rPr>
        <w:t>place :</w:t>
      </w:r>
      <w:proofErr w:type="gramEnd"/>
      <w:r>
        <w:br/>
        <w:t>…………………………………………………………………………………</w:t>
      </w:r>
    </w:p>
    <w:p w14:paraId="6059B40F" w14:textId="77777777" w:rsidR="00291C5B" w:rsidRDefault="00000000">
      <w:pPr>
        <w:keepNext/>
        <w:spacing w:before="160" w:after="120"/>
      </w:pPr>
      <w:proofErr w:type="spellStart"/>
      <w:r>
        <w:rPr>
          <w:color w:val="0F4761"/>
          <w:sz w:val="24"/>
        </w:rPr>
        <w:t>Renseignements</w:t>
      </w:r>
      <w:proofErr w:type="spellEnd"/>
      <w:r>
        <w:rPr>
          <w:color w:val="0F4761"/>
          <w:sz w:val="24"/>
        </w:rPr>
        <w:t xml:space="preserve"> </w:t>
      </w:r>
      <w:proofErr w:type="spellStart"/>
      <w:r>
        <w:rPr>
          <w:color w:val="0F4761"/>
          <w:sz w:val="24"/>
        </w:rPr>
        <w:t>complémentaires</w:t>
      </w:r>
      <w:proofErr w:type="spellEnd"/>
    </w:p>
    <w:p w14:paraId="6C5D902B" w14:textId="77777777" w:rsidR="00291C5B" w:rsidRDefault="00000000">
      <w:pPr>
        <w:spacing w:after="80"/>
      </w:pPr>
      <w:r>
        <w:rPr>
          <w:i/>
        </w:rPr>
        <w:t xml:space="preserve">De quoi </w:t>
      </w:r>
      <w:proofErr w:type="spellStart"/>
      <w:r>
        <w:rPr>
          <w:i/>
        </w:rPr>
        <w:t>avez-vous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besoin</w:t>
      </w:r>
      <w:proofErr w:type="spellEnd"/>
      <w:r>
        <w:rPr>
          <w:i/>
        </w:rPr>
        <w:t xml:space="preserve"> ?</w:t>
      </w:r>
      <w:proofErr w:type="gramEnd"/>
    </w:p>
    <w:p w14:paraId="5C70B0F7" w14:textId="77777777" w:rsidR="00291C5B" w:rsidRDefault="00000000">
      <w:pPr>
        <w:spacing w:after="40"/>
      </w:pPr>
      <w:r>
        <w:t>…………………………………………………………………………………</w:t>
      </w:r>
    </w:p>
    <w:p w14:paraId="6A41CA92" w14:textId="77777777" w:rsidR="00291C5B" w:rsidRDefault="00000000">
      <w:pPr>
        <w:spacing w:after="40"/>
      </w:pPr>
      <w:r>
        <w:t>…………………………………………………………………………………</w:t>
      </w:r>
    </w:p>
    <w:p w14:paraId="790530E1" w14:textId="77777777" w:rsidR="00291C5B" w:rsidRDefault="00000000">
      <w:pPr>
        <w:spacing w:after="40"/>
      </w:pPr>
      <w:r>
        <w:t>…………………………………………………………………………………</w:t>
      </w:r>
    </w:p>
    <w:p w14:paraId="573132E1" w14:textId="77777777" w:rsidR="00291C5B" w:rsidRDefault="00000000">
      <w:pPr>
        <w:spacing w:after="40"/>
      </w:pPr>
      <w:r>
        <w:t>…………………………………………………………………………………</w:t>
      </w:r>
    </w:p>
    <w:p w14:paraId="1579C76B" w14:textId="77777777" w:rsidR="00291C5B" w:rsidRDefault="00000000">
      <w:pPr>
        <w:spacing w:after="40"/>
      </w:pPr>
      <w:r>
        <w:t>…………………………………………………………………………………</w:t>
      </w:r>
    </w:p>
    <w:p w14:paraId="7BE41A00" w14:textId="77777777" w:rsidR="00291C5B" w:rsidRDefault="00000000">
      <w:pPr>
        <w:spacing w:before="200"/>
      </w:pPr>
      <w:r>
        <w:rPr>
          <w:b/>
        </w:rPr>
        <w:t xml:space="preserve">Fait </w:t>
      </w:r>
      <w:proofErr w:type="gramStart"/>
      <w:r>
        <w:rPr>
          <w:b/>
        </w:rPr>
        <w:t>à :</w:t>
      </w:r>
      <w:proofErr w:type="gramEnd"/>
      <w:r>
        <w:rPr>
          <w:b/>
        </w:rPr>
        <w:t xml:space="preserve"> </w:t>
      </w:r>
      <w:r>
        <w:t xml:space="preserve">…………………………………………………    </w:t>
      </w:r>
      <w:proofErr w:type="gramStart"/>
      <w:r>
        <w:rPr>
          <w:b/>
        </w:rPr>
        <w:t>Le :</w:t>
      </w:r>
      <w:proofErr w:type="gramEnd"/>
      <w:r>
        <w:rPr>
          <w:b/>
        </w:rPr>
        <w:t xml:space="preserve"> </w:t>
      </w:r>
      <w:r>
        <w:t>…… / …… / 20……</w:t>
      </w:r>
    </w:p>
    <w:sectPr w:rsidR="00291C5B" w:rsidSect="00034616">
      <w:footerReference w:type="default" r:id="rId8"/>
      <w:pgSz w:w="12240" w:h="15840"/>
      <w:pgMar w:top="1417" w:right="1417" w:bottom="1417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F42EA" w14:textId="77777777" w:rsidR="00B93EF5" w:rsidRDefault="00B93EF5">
      <w:pPr>
        <w:spacing w:after="0"/>
      </w:pPr>
      <w:r>
        <w:separator/>
      </w:r>
    </w:p>
  </w:endnote>
  <w:endnote w:type="continuationSeparator" w:id="0">
    <w:p w14:paraId="1385DDE4" w14:textId="77777777" w:rsidR="00B93EF5" w:rsidRDefault="00B93E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168D8" w14:textId="77777777" w:rsidR="00291C5B" w:rsidRDefault="00000000">
    <w:pPr>
      <w:pStyle w:val="Pieddepage"/>
      <w:jc w:val="right"/>
    </w:pPr>
    <w:r>
      <w:fldChar w:fldCharType="begin"/>
    </w:r>
    <w:r>
      <w:instrText xml:space="preserve"> PAGE </w:instrText>
    </w:r>
    <w:r>
      <w:fldChar w:fldCharType="separate"/>
    </w:r>
    <w:r w:rsidR="009B0B8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5A3A3" w14:textId="77777777" w:rsidR="00B93EF5" w:rsidRDefault="00B93EF5">
      <w:pPr>
        <w:spacing w:after="0"/>
      </w:pPr>
      <w:r>
        <w:separator/>
      </w:r>
    </w:p>
  </w:footnote>
  <w:footnote w:type="continuationSeparator" w:id="0">
    <w:p w14:paraId="52A58DA8" w14:textId="77777777" w:rsidR="00B93EF5" w:rsidRDefault="00B93EF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6491274">
    <w:abstractNumId w:val="8"/>
  </w:num>
  <w:num w:numId="2" w16cid:durableId="109011450">
    <w:abstractNumId w:val="6"/>
  </w:num>
  <w:num w:numId="3" w16cid:durableId="1949653903">
    <w:abstractNumId w:val="5"/>
  </w:num>
  <w:num w:numId="4" w16cid:durableId="1337883026">
    <w:abstractNumId w:val="4"/>
  </w:num>
  <w:num w:numId="5" w16cid:durableId="44570944">
    <w:abstractNumId w:val="7"/>
  </w:num>
  <w:num w:numId="6" w16cid:durableId="1503547134">
    <w:abstractNumId w:val="3"/>
  </w:num>
  <w:num w:numId="7" w16cid:durableId="1841121797">
    <w:abstractNumId w:val="2"/>
  </w:num>
  <w:num w:numId="8" w16cid:durableId="1580359904">
    <w:abstractNumId w:val="1"/>
  </w:num>
  <w:num w:numId="9" w16cid:durableId="1179583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1C5B"/>
    <w:rsid w:val="0029639D"/>
    <w:rsid w:val="002C371E"/>
    <w:rsid w:val="00326F90"/>
    <w:rsid w:val="006351D4"/>
    <w:rsid w:val="00686706"/>
    <w:rsid w:val="009B0B84"/>
    <w:rsid w:val="00AA1D8D"/>
    <w:rsid w:val="00B47730"/>
    <w:rsid w:val="00B83B69"/>
    <w:rsid w:val="00B845A8"/>
    <w:rsid w:val="00B93EF5"/>
    <w:rsid w:val="00BA3C2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F55A40"/>
  <w14:defaultImageDpi w14:val="300"/>
  <w15:docId w15:val="{D5532676-07A5-42D6-9B9C-3A7F356F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40" w:lineRule="auto"/>
    </w:pPr>
    <w:rPr>
      <w:rFonts w:ascii="Liberation Serif" w:hAnsi="Liberation Serif"/>
      <w:sz w:val="23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234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Nicolas Druez</cp:lastModifiedBy>
  <cp:revision>4</cp:revision>
  <dcterms:created xsi:type="dcterms:W3CDTF">2026-08-24T09:33:00Z</dcterms:created>
  <dcterms:modified xsi:type="dcterms:W3CDTF">2026-08-24T10:02:00Z</dcterms:modified>
  <cp:category/>
</cp:coreProperties>
</file>